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C695F" w:rsidRPr="00891C65" w:rsidRDefault="00000000">
      <w:pPr>
        <w:pStyle w:val="Title"/>
        <w:rPr>
          <w:rFonts w:ascii="Garamond" w:hAnsi="Garamond"/>
        </w:rPr>
      </w:pPr>
      <w:r w:rsidRPr="00891C65">
        <w:rPr>
          <w:rFonts w:ascii="Garamond" w:hAnsi="Garamond"/>
        </w:rPr>
        <w:t>Literature Review Table Template</w:t>
      </w:r>
    </w:p>
    <w:p w:rsidR="007C695F" w:rsidRPr="00891C65" w:rsidRDefault="00000000">
      <w:pPr>
        <w:rPr>
          <w:rFonts w:ascii="Garamond" w:hAnsi="Garamond"/>
          <w:b/>
          <w:bCs/>
          <w:sz w:val="24"/>
          <w:szCs w:val="24"/>
        </w:rPr>
      </w:pPr>
      <w:r w:rsidRPr="00891C65">
        <w:rPr>
          <w:rFonts w:ascii="Garamond" w:hAnsi="Garamond"/>
          <w:b/>
          <w:bCs/>
          <w:sz w:val="24"/>
          <w:szCs w:val="24"/>
        </w:rPr>
        <w:t>Use this table to organize your literature review sources. Fill in the details for each source as you read to track arguments, relevance, and your study’s unique contribution.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8"/>
        <w:gridCol w:w="1439"/>
        <w:gridCol w:w="1438"/>
        <w:gridCol w:w="1439"/>
        <w:gridCol w:w="1437"/>
        <w:gridCol w:w="1439"/>
      </w:tblGrid>
      <w:tr w:rsidR="007C695F" w:rsidRPr="00891C65">
        <w:tc>
          <w:tcPr>
            <w:tcW w:w="1440" w:type="dxa"/>
          </w:tcPr>
          <w:p w:rsidR="007C695F" w:rsidRPr="00891C65" w:rsidRDefault="00000000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91C65">
              <w:rPr>
                <w:rFonts w:ascii="Garamond" w:hAnsi="Garamond"/>
                <w:b/>
                <w:bCs/>
                <w:sz w:val="24"/>
                <w:szCs w:val="24"/>
              </w:rPr>
              <w:t>Author / Source</w:t>
            </w:r>
          </w:p>
        </w:tc>
        <w:tc>
          <w:tcPr>
            <w:tcW w:w="1440" w:type="dxa"/>
          </w:tcPr>
          <w:p w:rsidR="007C695F" w:rsidRPr="00891C65" w:rsidRDefault="00000000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91C65">
              <w:rPr>
                <w:rFonts w:ascii="Garamond" w:hAnsi="Garamond"/>
                <w:b/>
                <w:bCs/>
                <w:sz w:val="24"/>
                <w:szCs w:val="24"/>
              </w:rPr>
              <w:t>Focus / Argument</w:t>
            </w:r>
          </w:p>
        </w:tc>
        <w:tc>
          <w:tcPr>
            <w:tcW w:w="1440" w:type="dxa"/>
          </w:tcPr>
          <w:p w:rsidR="007C695F" w:rsidRPr="00891C65" w:rsidRDefault="00000000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91C65">
              <w:rPr>
                <w:rFonts w:ascii="Garamond" w:hAnsi="Garamond"/>
                <w:b/>
                <w:bCs/>
                <w:sz w:val="24"/>
                <w:szCs w:val="24"/>
              </w:rPr>
              <w:t>Type of Source</w:t>
            </w:r>
          </w:p>
        </w:tc>
        <w:tc>
          <w:tcPr>
            <w:tcW w:w="1440" w:type="dxa"/>
          </w:tcPr>
          <w:p w:rsidR="007C695F" w:rsidRPr="00891C65" w:rsidRDefault="00000000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91C65">
              <w:rPr>
                <w:rFonts w:ascii="Garamond" w:hAnsi="Garamond"/>
                <w:b/>
                <w:bCs/>
                <w:sz w:val="24"/>
                <w:szCs w:val="24"/>
              </w:rPr>
              <w:t>Relevance to My Study</w:t>
            </w:r>
          </w:p>
        </w:tc>
        <w:tc>
          <w:tcPr>
            <w:tcW w:w="1440" w:type="dxa"/>
          </w:tcPr>
          <w:p w:rsidR="007C695F" w:rsidRPr="00891C65" w:rsidRDefault="00000000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91C65">
              <w:rPr>
                <w:rFonts w:ascii="Garamond" w:hAnsi="Garamond"/>
                <w:b/>
                <w:bCs/>
                <w:sz w:val="24"/>
                <w:szCs w:val="24"/>
              </w:rPr>
              <w:t>Link</w:t>
            </w:r>
          </w:p>
        </w:tc>
        <w:tc>
          <w:tcPr>
            <w:tcW w:w="1440" w:type="dxa"/>
          </w:tcPr>
          <w:p w:rsidR="007C695F" w:rsidRPr="00891C65" w:rsidRDefault="00000000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891C65">
              <w:rPr>
                <w:rFonts w:ascii="Garamond" w:hAnsi="Garamond"/>
                <w:b/>
                <w:bCs/>
                <w:sz w:val="24"/>
                <w:szCs w:val="24"/>
              </w:rPr>
              <w:t>How My Study Is Different</w:t>
            </w:r>
          </w:p>
        </w:tc>
      </w:tr>
      <w:tr w:rsidR="007C695F" w:rsidRPr="00891C65">
        <w:tc>
          <w:tcPr>
            <w:tcW w:w="1440" w:type="dxa"/>
          </w:tcPr>
          <w:p w:rsidR="007C695F" w:rsidRPr="00891C65" w:rsidRDefault="007C695F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:rsidR="007C695F" w:rsidRPr="00891C65" w:rsidRDefault="007C695F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:rsidR="007C695F" w:rsidRPr="00891C65" w:rsidRDefault="007C695F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:rsidR="007C695F" w:rsidRPr="00891C65" w:rsidRDefault="007C695F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:rsidR="007C695F" w:rsidRPr="00891C65" w:rsidRDefault="007C695F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:rsidR="007C695F" w:rsidRPr="00891C65" w:rsidRDefault="007C695F">
            <w:pPr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</w:tr>
    </w:tbl>
    <w:p w:rsidR="00000000" w:rsidRPr="00891C65" w:rsidRDefault="00000000">
      <w:pPr>
        <w:rPr>
          <w:rFonts w:ascii="Garamond" w:hAnsi="Garamond"/>
          <w:b/>
          <w:bCs/>
          <w:sz w:val="24"/>
          <w:szCs w:val="24"/>
        </w:rPr>
      </w:pPr>
    </w:p>
    <w:p w:rsidR="00891C65" w:rsidRPr="00891C65" w:rsidRDefault="00891C65">
      <w:pPr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Found this helpful? Subscribe to my blog </w:t>
      </w:r>
      <w:hyperlink r:id="rId8" w:history="1">
        <w:r w:rsidRPr="00891C65">
          <w:rPr>
            <w:rStyle w:val="Hyperlink"/>
            <w:rFonts w:ascii="Garamond" w:hAnsi="Garamond"/>
            <w:b/>
            <w:bCs/>
            <w:sz w:val="24"/>
            <w:szCs w:val="24"/>
          </w:rPr>
          <w:t>here</w:t>
        </w:r>
      </w:hyperlink>
      <w:r>
        <w:rPr>
          <w:rFonts w:ascii="Garamond" w:hAnsi="Garamond"/>
          <w:b/>
          <w:bCs/>
          <w:sz w:val="24"/>
          <w:szCs w:val="24"/>
        </w:rPr>
        <w:t xml:space="preserve">, and follow me on Instagram </w:t>
      </w:r>
      <w:hyperlink r:id="rId9" w:history="1">
        <w:r w:rsidRPr="00891C65">
          <w:rPr>
            <w:rStyle w:val="Hyperlink"/>
            <w:rFonts w:ascii="Garamond" w:hAnsi="Garamond"/>
            <w:b/>
            <w:bCs/>
            <w:sz w:val="24"/>
            <w:szCs w:val="24"/>
          </w:rPr>
          <w:t>here</w:t>
        </w:r>
      </w:hyperlink>
      <w:r>
        <w:rPr>
          <w:rFonts w:ascii="Garamond" w:hAnsi="Garamond"/>
          <w:b/>
          <w:bCs/>
          <w:sz w:val="24"/>
          <w:szCs w:val="24"/>
        </w:rPr>
        <w:t xml:space="preserve"> for more helpful Research tools and resources!</w:t>
      </w:r>
    </w:p>
    <w:p w:rsidR="00891C65" w:rsidRPr="00891C65" w:rsidRDefault="00891C65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 xml:space="preserve">If you think I can make this </w:t>
      </w:r>
      <w:proofErr w:type="gramStart"/>
      <w:r>
        <w:rPr>
          <w:rFonts w:ascii="Garamond" w:hAnsi="Garamond"/>
          <w:b/>
          <w:bCs/>
        </w:rPr>
        <w:t>template</w:t>
      </w:r>
      <w:proofErr w:type="gramEnd"/>
      <w:r>
        <w:rPr>
          <w:rFonts w:ascii="Garamond" w:hAnsi="Garamond"/>
          <w:b/>
          <w:bCs/>
        </w:rPr>
        <w:t xml:space="preserve"> better write to me </w:t>
      </w:r>
      <w:hyperlink r:id="rId10" w:history="1">
        <w:r w:rsidRPr="00891C65">
          <w:rPr>
            <w:rStyle w:val="Hyperlink"/>
            <w:rFonts w:ascii="Garamond" w:hAnsi="Garamond"/>
            <w:b/>
            <w:bCs/>
          </w:rPr>
          <w:t>here</w:t>
        </w:r>
      </w:hyperlink>
      <w:r>
        <w:rPr>
          <w:rFonts w:ascii="Garamond" w:hAnsi="Garamond"/>
          <w:b/>
          <w:bCs/>
        </w:rPr>
        <w:t xml:space="preserve"> or DM me on Instagram! </w:t>
      </w:r>
    </w:p>
    <w:sectPr w:rsidR="00891C65" w:rsidRPr="00891C65" w:rsidSect="0003461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A094C" w:rsidRDefault="006A094C" w:rsidP="00891C65">
      <w:pPr>
        <w:spacing w:after="0" w:line="240" w:lineRule="auto"/>
      </w:pPr>
      <w:r>
        <w:separator/>
      </w:r>
    </w:p>
  </w:endnote>
  <w:endnote w:type="continuationSeparator" w:id="0">
    <w:p w:rsidR="006A094C" w:rsidRDefault="006A094C" w:rsidP="00891C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1C65" w:rsidRDefault="00891C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1C65" w:rsidRDefault="00891C6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1C65" w:rsidRDefault="00891C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A094C" w:rsidRDefault="006A094C" w:rsidP="00891C65">
      <w:pPr>
        <w:spacing w:after="0" w:line="240" w:lineRule="auto"/>
      </w:pPr>
      <w:r>
        <w:separator/>
      </w:r>
    </w:p>
  </w:footnote>
  <w:footnote w:type="continuationSeparator" w:id="0">
    <w:p w:rsidR="006A094C" w:rsidRDefault="006A094C" w:rsidP="00891C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1C65" w:rsidRDefault="006A094C">
    <w:pPr>
      <w:pStyle w:val="Header"/>
    </w:pPr>
    <w:r>
      <w:rPr>
        <w:noProof/>
      </w:rPr>
      <w:pict w14:anchorId="5658E38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2209411" o:spid="_x0000_s1027" type="#_x0000_t136" alt="" style="position:absolute;margin-left:0;margin-top:0;width:535.65pt;height:72.5pt;rotation:315;z-index:-251642880;mso-wrap-edited:f;mso-width-percent:0;mso-height-percent:0;mso-position-horizontal:center;mso-position-horizontal-relative:margin;mso-position-vertical:center;mso-position-vertical-relative:margin;mso-width-percent:0;mso-height-percent:0" o:allowincell="f" fillcolor="#5a5a5a [2109]" stroked="f">
          <v:textpath style="font-family:&quot;Garamond&quot;;font-size:1pt;font-weight:bold" string="ResearchPaperGir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1C65" w:rsidRDefault="006A094C">
    <w:pPr>
      <w:pStyle w:val="Header"/>
    </w:pPr>
    <w:r>
      <w:rPr>
        <w:noProof/>
      </w:rPr>
      <w:pict w14:anchorId="3344F4C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2209412" o:spid="_x0000_s1026" type="#_x0000_t136" alt="" style="position:absolute;margin-left:0;margin-top:0;width:535.65pt;height:72.5pt;rotation:315;z-index:-251640832;mso-wrap-edited:f;mso-width-percent:0;mso-height-percent:0;mso-position-horizontal:center;mso-position-horizontal-relative:margin;mso-position-vertical:center;mso-position-vertical-relative:margin;mso-width-percent:0;mso-height-percent:0" o:allowincell="f" fillcolor="#5a5a5a [2109]" stroked="f">
          <v:textpath style="font-family:&quot;Garamond&quot;;font-size:1pt;font-weight:bold" string="ResearchPaperGirl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91C65" w:rsidRDefault="006A094C">
    <w:pPr>
      <w:pStyle w:val="Header"/>
    </w:pPr>
    <w:r>
      <w:rPr>
        <w:noProof/>
      </w:rPr>
      <w:pict w14:anchorId="083D649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2209410" o:spid="_x0000_s1025" type="#_x0000_t136" alt="" style="position:absolute;margin-left:0;margin-top:0;width:535.65pt;height:72.5pt;rotation:315;z-index:-251644928;mso-wrap-edited:f;mso-width-percent:0;mso-height-percent:0;mso-position-horizontal:center;mso-position-horizontal-relative:margin;mso-position-vertical:center;mso-position-vertical-relative:margin;mso-width-percent:0;mso-height-percent:0" o:allowincell="f" fillcolor="#5a5a5a [2109]" stroked="f">
          <v:textpath style="font-family:&quot;Garamond&quot;;font-size:1pt;font-weight:bold" string="ResearchPaperGirl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86074173">
    <w:abstractNumId w:val="8"/>
  </w:num>
  <w:num w:numId="2" w16cid:durableId="719787336">
    <w:abstractNumId w:val="6"/>
  </w:num>
  <w:num w:numId="3" w16cid:durableId="912665275">
    <w:abstractNumId w:val="5"/>
  </w:num>
  <w:num w:numId="4" w16cid:durableId="968511980">
    <w:abstractNumId w:val="4"/>
  </w:num>
  <w:num w:numId="5" w16cid:durableId="593439414">
    <w:abstractNumId w:val="7"/>
  </w:num>
  <w:num w:numId="6" w16cid:durableId="907813137">
    <w:abstractNumId w:val="3"/>
  </w:num>
  <w:num w:numId="7" w16cid:durableId="879325377">
    <w:abstractNumId w:val="2"/>
  </w:num>
  <w:num w:numId="8" w16cid:durableId="150759502">
    <w:abstractNumId w:val="1"/>
  </w:num>
  <w:num w:numId="9" w16cid:durableId="60561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A094C"/>
    <w:rsid w:val="007C695F"/>
    <w:rsid w:val="00891C65"/>
    <w:rsid w:val="00AA1D8D"/>
    <w:rsid w:val="00B47730"/>
    <w:rsid w:val="00CB0664"/>
    <w:rsid w:val="00E7352B"/>
    <w:rsid w:val="00FC693F"/>
    <w:rsid w:val="00FF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0765912"/>
  <w14:defaultImageDpi w14:val="300"/>
  <w15:docId w15:val="{780BF859-F734-044A-A5C8-D0E9C1ED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891C6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C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earchpapergirlco.co.in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forms.gle/gfNvCqQTLvN4uDXB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stagram.com/theresearchpapergirl?igsh=M3VqY252MWt1dWF4&amp;utm_source=qr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Akshata Nair</cp:lastModifiedBy>
  <cp:revision>3</cp:revision>
  <dcterms:created xsi:type="dcterms:W3CDTF">2025-08-05T10:29:00Z</dcterms:created>
  <dcterms:modified xsi:type="dcterms:W3CDTF">2025-08-05T10:37:00Z</dcterms:modified>
  <cp:category/>
</cp:coreProperties>
</file>